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43484" w14:textId="77777777" w:rsidR="00495597" w:rsidRDefault="00306A92" w:rsidP="00495597">
      <w:pPr>
        <w:autoSpaceDE w:val="0"/>
        <w:autoSpaceDN w:val="0"/>
        <w:spacing w:after="0" w:line="0" w:lineRule="atLeast"/>
        <w:jc w:val="center"/>
        <w:rPr>
          <w:rFonts w:ascii="標楷體" w:eastAsia="SimSun" w:hAnsi="標楷體"/>
          <w:b/>
          <w:bCs/>
          <w:color w:val="000000"/>
          <w:sz w:val="36"/>
          <w:lang w:eastAsia="zh-CN"/>
        </w:rPr>
      </w:pPr>
      <w:r w:rsidRPr="00306A92">
        <w:rPr>
          <w:rFonts w:ascii="標楷體" w:eastAsia="標楷體" w:hAnsi="標楷體" w:hint="eastAsia"/>
          <w:b/>
          <w:bCs/>
          <w:color w:val="000000"/>
          <w:sz w:val="36"/>
          <w:lang w:eastAsia="zh-CN"/>
        </w:rPr>
        <w:t>國立鳳山高級中學</w:t>
      </w:r>
      <w:r w:rsidRPr="00306A92">
        <w:rPr>
          <w:rFonts w:ascii="標楷體" w:eastAsia="標楷體" w:hAnsi="標楷體" w:hint="eastAsia"/>
          <w:b/>
          <w:bCs/>
          <w:color w:val="000000"/>
          <w:sz w:val="36"/>
          <w:lang w:eastAsia="zh-TW"/>
        </w:rPr>
        <w:t xml:space="preserve">    </w:t>
      </w:r>
      <w:r w:rsidR="000264D1" w:rsidRPr="00306A92">
        <w:rPr>
          <w:rFonts w:ascii="標楷體" w:eastAsia="標楷體" w:hAnsi="標楷體"/>
          <w:b/>
          <w:bCs/>
          <w:color w:val="000000"/>
          <w:sz w:val="36"/>
          <w:lang w:eastAsia="zh-TW"/>
        </w:rPr>
        <w:t xml:space="preserve"> </w:t>
      </w:r>
      <w:r w:rsidR="000264D1" w:rsidRPr="00306A92">
        <w:rPr>
          <w:rFonts w:ascii="標楷體" w:eastAsia="標楷體" w:hAnsi="標楷體"/>
          <w:b/>
          <w:bCs/>
          <w:color w:val="000000"/>
          <w:sz w:val="36"/>
          <w:lang w:eastAsia="zh-CN"/>
        </w:rPr>
        <w:t>學年度第</w:t>
      </w:r>
      <w:r w:rsidRPr="00306A92">
        <w:rPr>
          <w:rFonts w:ascii="標楷體" w:eastAsia="標楷體" w:hAnsi="標楷體" w:hint="eastAsia"/>
          <w:b/>
          <w:bCs/>
          <w:color w:val="000000"/>
          <w:sz w:val="36"/>
          <w:lang w:eastAsia="zh-TW"/>
        </w:rPr>
        <w:t xml:space="preserve">   </w:t>
      </w:r>
      <w:r w:rsidR="000264D1" w:rsidRPr="00306A92">
        <w:rPr>
          <w:rFonts w:ascii="標楷體" w:eastAsia="標楷體" w:hAnsi="標楷體"/>
          <w:b/>
          <w:bCs/>
          <w:color w:val="000000"/>
          <w:sz w:val="36"/>
          <w:lang w:eastAsia="zh-TW"/>
        </w:rPr>
        <w:t xml:space="preserve"> </w:t>
      </w:r>
      <w:r w:rsidR="000264D1" w:rsidRPr="00306A92">
        <w:rPr>
          <w:rFonts w:ascii="標楷體" w:eastAsia="標楷體" w:hAnsi="標楷體"/>
          <w:b/>
          <w:bCs/>
          <w:color w:val="000000"/>
          <w:sz w:val="36"/>
          <w:lang w:eastAsia="zh-CN"/>
        </w:rPr>
        <w:t>學期減免家長會費</w:t>
      </w:r>
    </w:p>
    <w:p w14:paraId="163B17FB" w14:textId="685FE515" w:rsidR="00F83C34" w:rsidRPr="00306A92" w:rsidRDefault="000264D1" w:rsidP="00495597">
      <w:pPr>
        <w:autoSpaceDE w:val="0"/>
        <w:autoSpaceDN w:val="0"/>
        <w:spacing w:after="0" w:line="0" w:lineRule="atLeast"/>
        <w:jc w:val="center"/>
        <w:rPr>
          <w:rFonts w:ascii="標楷體" w:eastAsia="標楷體" w:hAnsi="標楷體"/>
          <w:b/>
          <w:bCs/>
          <w:lang w:eastAsia="zh-TW"/>
        </w:rPr>
      </w:pPr>
      <w:r w:rsidRPr="00306A92">
        <w:rPr>
          <w:rFonts w:ascii="標楷體" w:eastAsia="標楷體" w:hAnsi="標楷體"/>
          <w:b/>
          <w:bCs/>
          <w:color w:val="000000"/>
          <w:sz w:val="36"/>
          <w:lang w:eastAsia="zh-CN"/>
        </w:rPr>
        <w:t>申請表</w:t>
      </w:r>
    </w:p>
    <w:p w14:paraId="7413A61D" w14:textId="77777777" w:rsidR="00F83C34" w:rsidRDefault="000264D1" w:rsidP="00495597">
      <w:pPr>
        <w:autoSpaceDE w:val="0"/>
        <w:autoSpaceDN w:val="0"/>
        <w:spacing w:beforeLines="100" w:before="240" w:after="0" w:line="0" w:lineRule="atLeast"/>
        <w:rPr>
          <w:lang w:eastAsia="zh-TW"/>
        </w:rPr>
      </w:pPr>
      <w:r>
        <w:rPr>
          <w:rFonts w:ascii="KaiTi" w:eastAsia="KaiTi" w:hAnsi="KaiTi"/>
          <w:b/>
          <w:color w:val="000000"/>
          <w:sz w:val="24"/>
          <w:lang w:eastAsia="zh-CN"/>
        </w:rPr>
        <w:t>申請日期：</w:t>
      </w:r>
      <w:r>
        <w:rPr>
          <w:rFonts w:ascii="Times New Roman" w:eastAsia="Times New Roman" w:hAnsi="Times New Roman"/>
          <w:b/>
          <w:color w:val="000000"/>
          <w:spacing w:val="661"/>
          <w:sz w:val="24"/>
          <w:lang w:eastAsia="zh-TW"/>
        </w:rPr>
        <w:t xml:space="preserve"> </w:t>
      </w:r>
      <w:r>
        <w:rPr>
          <w:rFonts w:ascii="KaiTi" w:eastAsia="KaiTi" w:hAnsi="KaiTi"/>
          <w:b/>
          <w:color w:val="000000"/>
          <w:sz w:val="24"/>
          <w:lang w:eastAsia="zh-CN"/>
        </w:rPr>
        <w:t>年</w:t>
      </w:r>
      <w:r>
        <w:rPr>
          <w:rFonts w:ascii="Times New Roman" w:eastAsia="Times New Roman" w:hAnsi="Times New Roman"/>
          <w:b/>
          <w:color w:val="000000"/>
          <w:spacing w:val="662"/>
          <w:sz w:val="24"/>
          <w:lang w:eastAsia="zh-TW"/>
        </w:rPr>
        <w:t xml:space="preserve"> </w:t>
      </w:r>
      <w:r>
        <w:rPr>
          <w:rFonts w:ascii="KaiTi" w:eastAsia="KaiTi" w:hAnsi="KaiTi"/>
          <w:b/>
          <w:color w:val="000000"/>
          <w:sz w:val="24"/>
          <w:lang w:eastAsia="zh-CN"/>
        </w:rPr>
        <w:t>月</w:t>
      </w:r>
      <w:r>
        <w:rPr>
          <w:rFonts w:ascii="Times New Roman" w:eastAsia="Times New Roman" w:hAnsi="Times New Roman"/>
          <w:b/>
          <w:color w:val="000000"/>
          <w:spacing w:val="540"/>
          <w:sz w:val="24"/>
          <w:lang w:eastAsia="zh-TW"/>
        </w:rPr>
        <w:t xml:space="preserve"> </w:t>
      </w:r>
      <w:r>
        <w:rPr>
          <w:rFonts w:ascii="KaiTi" w:eastAsia="KaiTi" w:hAnsi="KaiTi"/>
          <w:b/>
          <w:color w:val="000000"/>
          <w:sz w:val="24"/>
          <w:lang w:eastAsia="zh-CN"/>
        </w:rPr>
        <w:t>日</w:t>
      </w:r>
    </w:p>
    <w:p w14:paraId="30D88DA3" w14:textId="77777777" w:rsidR="00F83C34" w:rsidRDefault="00F83C34" w:rsidP="00495597">
      <w:pPr>
        <w:autoSpaceDE w:val="0"/>
        <w:autoSpaceDN w:val="0"/>
        <w:spacing w:after="0" w:line="0" w:lineRule="atLeast"/>
        <w:rPr>
          <w:lang w:eastAsia="zh-TW"/>
        </w:rPr>
      </w:pPr>
    </w:p>
    <w:tbl>
      <w:tblPr>
        <w:tblW w:w="9927" w:type="dxa"/>
        <w:tblInd w:w="131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742"/>
        <w:gridCol w:w="2046"/>
        <w:gridCol w:w="1033"/>
        <w:gridCol w:w="277"/>
        <w:gridCol w:w="736"/>
        <w:gridCol w:w="835"/>
        <w:gridCol w:w="136"/>
        <w:gridCol w:w="1075"/>
        <w:gridCol w:w="2047"/>
      </w:tblGrid>
      <w:tr w:rsidR="00DB0CD5" w:rsidRPr="00306A92" w14:paraId="7A64EC04" w14:textId="77777777" w:rsidTr="00623F5C">
        <w:trPr>
          <w:trHeight w:val="1182"/>
        </w:trPr>
        <w:tc>
          <w:tcPr>
            <w:tcW w:w="1742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A1B96F" w14:textId="77777777" w:rsidR="00DB0CD5" w:rsidRPr="00DB0CD5" w:rsidRDefault="00DB0CD5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</w:pPr>
            <w:r w:rsidRPr="00DB0CD5"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申請家長</w:t>
            </w:r>
          </w:p>
          <w:p w14:paraId="68F85D6F" w14:textId="543365BC" w:rsidR="00DB0CD5" w:rsidRPr="00DB0CD5" w:rsidRDefault="00DB0CD5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SimSun" w:hAnsi="標楷體"/>
                <w:b/>
                <w:bCs/>
                <w:color w:val="000000"/>
                <w:sz w:val="24"/>
                <w:lang w:eastAsia="zh-CN"/>
              </w:rPr>
            </w:pPr>
            <w:r w:rsidRPr="00DB0CD5"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簽章</w:t>
            </w:r>
          </w:p>
        </w:tc>
        <w:tc>
          <w:tcPr>
            <w:tcW w:w="3356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256B14" w14:textId="77777777" w:rsidR="00DB0CD5" w:rsidRPr="00306A92" w:rsidRDefault="00DB0CD5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71" w:type="dxa"/>
            <w:gridSpan w:val="2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33A33E" w14:textId="77777777" w:rsidR="00DB0CD5" w:rsidRDefault="00DB0CD5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SimSun" w:hAnsi="標楷體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連絡</w:t>
            </w:r>
          </w:p>
          <w:p w14:paraId="0589AC7F" w14:textId="6B07D999" w:rsidR="00DB0CD5" w:rsidRPr="00586EB7" w:rsidRDefault="00DB0CD5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電話</w:t>
            </w:r>
          </w:p>
        </w:tc>
        <w:tc>
          <w:tcPr>
            <w:tcW w:w="3258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AB2988" w14:textId="77777777" w:rsidR="00DB0CD5" w:rsidRPr="00306A92" w:rsidRDefault="00DB0CD5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209543F9" w14:textId="77777777" w:rsidTr="00623F5C">
        <w:trPr>
          <w:trHeight w:hRule="exact" w:val="601"/>
        </w:trPr>
        <w:tc>
          <w:tcPr>
            <w:tcW w:w="174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A9C61E" w14:textId="77777777" w:rsidR="00DB0CD5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SimSun" w:hAnsi="標楷體"/>
                <w:b/>
                <w:bCs/>
                <w:color w:val="000000"/>
                <w:sz w:val="24"/>
                <w:lang w:eastAsia="zh-CN"/>
              </w:rPr>
            </w:pPr>
            <w:r w:rsidRPr="00DB0CD5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申請學生</w:t>
            </w:r>
          </w:p>
          <w:p w14:paraId="7EBE7DA7" w14:textId="46802F77" w:rsidR="00DB0CD5" w:rsidRPr="00DB0CD5" w:rsidRDefault="00DB0CD5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</w:pPr>
            <w:r w:rsidRPr="00DB0CD5"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代表</w:t>
            </w:r>
          </w:p>
        </w:tc>
        <w:tc>
          <w:tcPr>
            <w:tcW w:w="3356" w:type="dxa"/>
            <w:gridSpan w:val="3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E76EE5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7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963185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班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pacing w:val="60"/>
                <w:sz w:val="24"/>
              </w:rPr>
              <w:t xml:space="preserve"> 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級</w:t>
            </w:r>
          </w:p>
        </w:tc>
        <w:tc>
          <w:tcPr>
            <w:tcW w:w="3258" w:type="dxa"/>
            <w:gridSpan w:val="3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F66533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79416509" w14:textId="77777777" w:rsidTr="00623F5C">
        <w:trPr>
          <w:trHeight w:hRule="exact" w:val="603"/>
        </w:trPr>
        <w:tc>
          <w:tcPr>
            <w:tcW w:w="1742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5D7769" w14:textId="77777777" w:rsidR="00F83C34" w:rsidRPr="00306A92" w:rsidRDefault="00F83C34" w:rsidP="00495597">
            <w:pPr>
              <w:spacing w:after="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356" w:type="dxa"/>
            <w:gridSpan w:val="3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1BAA35A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1993FA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學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pacing w:val="60"/>
                <w:sz w:val="24"/>
              </w:rPr>
              <w:t xml:space="preserve"> 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號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4EC752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77AACE05" w14:textId="77777777" w:rsidTr="00623F5C">
        <w:trPr>
          <w:trHeight w:hRule="exact" w:val="574"/>
        </w:trPr>
        <w:tc>
          <w:tcPr>
            <w:tcW w:w="174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12C871" w14:textId="182138C0" w:rsidR="00F83C34" w:rsidRPr="00586EB7" w:rsidRDefault="00586EB7" w:rsidP="00495597">
            <w:pPr>
              <w:autoSpaceDE w:val="0"/>
              <w:autoSpaceDN w:val="0"/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手足</w:t>
            </w:r>
            <w:r w:rsidR="000264D1"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姓名</w:t>
            </w:r>
          </w:p>
        </w:tc>
        <w:tc>
          <w:tcPr>
            <w:tcW w:w="3356" w:type="dxa"/>
            <w:gridSpan w:val="3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A040EF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ind w:left="204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571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E7FF45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班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pacing w:val="60"/>
                <w:sz w:val="24"/>
              </w:rPr>
              <w:t xml:space="preserve"> 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級</w:t>
            </w:r>
          </w:p>
        </w:tc>
        <w:tc>
          <w:tcPr>
            <w:tcW w:w="325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38CA04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21F3DF9C" w14:textId="77777777" w:rsidTr="00623F5C">
        <w:trPr>
          <w:trHeight w:hRule="exact" w:val="576"/>
        </w:trPr>
        <w:tc>
          <w:tcPr>
            <w:tcW w:w="174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EAE9C76" w14:textId="77777777" w:rsidR="00F83C34" w:rsidRPr="00586EB7" w:rsidRDefault="00F83C34" w:rsidP="00495597">
            <w:pPr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356" w:type="dxa"/>
            <w:gridSpan w:val="3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B54471" w14:textId="77777777" w:rsidR="00F83C34" w:rsidRPr="00586EB7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0F7A58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學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pacing w:val="60"/>
                <w:sz w:val="24"/>
              </w:rPr>
              <w:t xml:space="preserve"> 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號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D54CE5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64AAD0B9" w14:textId="77777777" w:rsidTr="00623F5C">
        <w:trPr>
          <w:trHeight w:hRule="exact" w:val="578"/>
        </w:trPr>
        <w:tc>
          <w:tcPr>
            <w:tcW w:w="174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D62529" w14:textId="77777777" w:rsidR="00F83C34" w:rsidRPr="00586EB7" w:rsidRDefault="00F83C34" w:rsidP="00495597">
            <w:pPr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3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5C664A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ind w:left="204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CD2144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班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pacing w:val="60"/>
                <w:sz w:val="24"/>
              </w:rPr>
              <w:t xml:space="preserve"> 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級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81F543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4E168F22" w14:textId="77777777" w:rsidTr="00623F5C">
        <w:trPr>
          <w:trHeight w:hRule="exact" w:val="577"/>
        </w:trPr>
        <w:tc>
          <w:tcPr>
            <w:tcW w:w="174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8162AB1" w14:textId="77777777" w:rsidR="00F83C34" w:rsidRPr="00586EB7" w:rsidRDefault="00F83C34" w:rsidP="00495597">
            <w:pPr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3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7087D7" w14:textId="77777777" w:rsidR="00F83C34" w:rsidRPr="00586EB7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181E24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學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pacing w:val="60"/>
                <w:sz w:val="24"/>
              </w:rPr>
              <w:t xml:space="preserve"> 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號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493F85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05D40A08" w14:textId="77777777" w:rsidTr="00623F5C">
        <w:trPr>
          <w:trHeight w:hRule="exact" w:val="578"/>
        </w:trPr>
        <w:tc>
          <w:tcPr>
            <w:tcW w:w="174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27DDF92" w14:textId="77777777" w:rsidR="00F83C34" w:rsidRPr="00586EB7" w:rsidRDefault="00F83C34" w:rsidP="00495597">
            <w:pPr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3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F6C42C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ind w:left="204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D0A78C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班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pacing w:val="60"/>
                <w:sz w:val="24"/>
              </w:rPr>
              <w:t xml:space="preserve"> 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級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B87E5A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5B226DF2" w14:textId="77777777" w:rsidTr="00623F5C">
        <w:trPr>
          <w:trHeight w:hRule="exact" w:val="576"/>
        </w:trPr>
        <w:tc>
          <w:tcPr>
            <w:tcW w:w="174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918563" w14:textId="77777777" w:rsidR="00F83C34" w:rsidRPr="00586EB7" w:rsidRDefault="00F83C34" w:rsidP="00495597">
            <w:pPr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3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B6EE73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E67031" w14:textId="77777777" w:rsidR="00F83C34" w:rsidRPr="00586EB7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學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pacing w:val="60"/>
                <w:sz w:val="24"/>
              </w:rPr>
              <w:t xml:space="preserve"> </w:t>
            </w: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號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6AED68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3C34" w:rsidRPr="00306A92" w14:paraId="3EA34E94" w14:textId="77777777" w:rsidTr="00495597">
        <w:trPr>
          <w:trHeight w:hRule="exact" w:val="786"/>
        </w:trPr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2E0BB7A" w14:textId="645E0138" w:rsidR="00F83C34" w:rsidRPr="00586EB7" w:rsidRDefault="000264D1" w:rsidP="00495597">
            <w:pPr>
              <w:autoSpaceDE w:val="0"/>
              <w:autoSpaceDN w:val="0"/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檢附文件</w:t>
            </w:r>
          </w:p>
        </w:tc>
        <w:tc>
          <w:tcPr>
            <w:tcW w:w="81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F60ED2" w14:textId="072C5BEF" w:rsidR="00623F5C" w:rsidRPr="00623F5C" w:rsidRDefault="00623F5C" w:rsidP="00495597">
            <w:pPr>
              <w:autoSpaceDE w:val="0"/>
              <w:autoSpaceDN w:val="0"/>
              <w:spacing w:after="0" w:line="0" w:lineRule="atLeast"/>
              <w:ind w:left="92"/>
              <w:rPr>
                <w:rFonts w:ascii="標楷體" w:eastAsia="標楷體" w:hAnsi="標楷體"/>
                <w:color w:val="000000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 xml:space="preserve">□ </w:t>
            </w:r>
            <w:r w:rsidRPr="00623F5C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同戶之戶口名簿影本或戶籍謄本影本等可資證明之文件。</w:t>
            </w:r>
          </w:p>
        </w:tc>
      </w:tr>
      <w:tr w:rsidR="0098666B" w:rsidRPr="00306A92" w14:paraId="3344371A" w14:textId="77777777" w:rsidTr="0098666B">
        <w:trPr>
          <w:trHeight w:hRule="exact" w:val="730"/>
        </w:trPr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0A57C3" w14:textId="77777777" w:rsidR="0098666B" w:rsidRPr="00586EB7" w:rsidRDefault="0098666B" w:rsidP="00495597">
            <w:pPr>
              <w:autoSpaceDE w:val="0"/>
              <w:autoSpaceDN w:val="0"/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</w:rPr>
            </w:pPr>
            <w:r w:rsidRPr="00586EB7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減免金額</w:t>
            </w:r>
          </w:p>
        </w:tc>
        <w:tc>
          <w:tcPr>
            <w:tcW w:w="3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E45671" w14:textId="77777777" w:rsidR="0098666B" w:rsidRPr="00306A92" w:rsidRDefault="0098666B" w:rsidP="00495597">
            <w:pPr>
              <w:autoSpaceDE w:val="0"/>
              <w:autoSpaceDN w:val="0"/>
              <w:spacing w:after="0" w:line="0" w:lineRule="atLeast"/>
              <w:ind w:left="92"/>
              <w:rPr>
                <w:rFonts w:ascii="標楷體" w:eastAsia="標楷體" w:hAnsi="標楷體"/>
              </w:rPr>
            </w:pPr>
            <w:r w:rsidRPr="00306A92">
              <w:rPr>
                <w:rFonts w:ascii="標楷體" w:eastAsia="標楷體" w:hAnsi="標楷體"/>
                <w:color w:val="000000"/>
                <w:sz w:val="24"/>
                <w:lang w:eastAsia="zh-CN"/>
              </w:rPr>
              <w:t>新</w:t>
            </w:r>
            <w:r>
              <w:rPr>
                <w:rFonts w:ascii="標楷體" w:eastAsia="標楷體" w:hAnsi="標楷體" w:hint="eastAsia"/>
                <w:color w:val="000000"/>
                <w:sz w:val="24"/>
                <w:lang w:eastAsia="zh-CN"/>
              </w:rPr>
              <w:t>臺</w:t>
            </w:r>
            <w:r w:rsidRPr="00306A92">
              <w:rPr>
                <w:rFonts w:ascii="標楷體" w:eastAsia="標楷體" w:hAnsi="標楷體"/>
                <w:color w:val="000000"/>
                <w:sz w:val="24"/>
                <w:lang w:eastAsia="zh-CN"/>
              </w:rPr>
              <w:t>幣</w:t>
            </w:r>
            <w:r w:rsidRPr="00306A92">
              <w:rPr>
                <w:rFonts w:ascii="標楷體" w:eastAsia="標楷體" w:hAnsi="標楷體"/>
                <w:b/>
                <w:color w:val="000000"/>
                <w:spacing w:val="60"/>
                <w:sz w:val="24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color w:val="000000"/>
                <w:w w:val="101"/>
                <w:sz w:val="24"/>
                <w:lang w:eastAsia="zh-TW"/>
              </w:rPr>
              <w:t xml:space="preserve">       </w:t>
            </w:r>
            <w:r w:rsidRPr="00306A92">
              <w:rPr>
                <w:rFonts w:ascii="標楷體" w:eastAsia="標楷體" w:hAnsi="標楷體"/>
                <w:color w:val="000000"/>
                <w:spacing w:val="60"/>
                <w:sz w:val="24"/>
              </w:rPr>
              <w:t xml:space="preserve"> </w:t>
            </w:r>
            <w:r w:rsidRPr="00306A92">
              <w:rPr>
                <w:rFonts w:ascii="標楷體" w:eastAsia="標楷體" w:hAnsi="標楷體"/>
                <w:color w:val="000000"/>
                <w:sz w:val="24"/>
                <w:lang w:eastAsia="zh-CN"/>
              </w:rPr>
              <w:t>元整</w:t>
            </w:r>
            <w:r w:rsidRPr="00306A92">
              <w:rPr>
                <w:rFonts w:ascii="標楷體" w:eastAsia="標楷體" w:hAnsi="標楷體"/>
                <w:color w:val="000000"/>
                <w:spacing w:val="-2"/>
                <w:sz w:val="24"/>
                <w:lang w:eastAsia="zh-CN"/>
              </w:rPr>
              <w:t>。</w:t>
            </w:r>
          </w:p>
        </w:tc>
        <w:tc>
          <w:tcPr>
            <w:tcW w:w="1984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14:paraId="70C600F5" w14:textId="0DE4B649" w:rsidR="0098666B" w:rsidRPr="0098666B" w:rsidRDefault="0098666B" w:rsidP="0098666B">
            <w:pPr>
              <w:autoSpaceDE w:val="0"/>
              <w:autoSpaceDN w:val="0"/>
              <w:spacing w:after="0" w:line="0" w:lineRule="atLeast"/>
              <w:ind w:left="92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proofErr w:type="gramStart"/>
            <w:r w:rsidRPr="0098666B"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現金簽領</w:t>
            </w:r>
            <w:r w:rsidR="001C3A78"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人</w:t>
            </w:r>
            <w:proofErr w:type="gramEnd"/>
          </w:p>
          <w:p w14:paraId="41D50DDC" w14:textId="2DADEAD7" w:rsidR="0098666B" w:rsidRPr="0098666B" w:rsidRDefault="001C3A78" w:rsidP="0098666B">
            <w:pPr>
              <w:autoSpaceDE w:val="0"/>
              <w:autoSpaceDN w:val="0"/>
              <w:spacing w:after="0" w:line="0" w:lineRule="atLeast"/>
              <w:ind w:left="92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簽領</w:t>
            </w:r>
            <w:r w:rsidR="0098666B" w:rsidRPr="0098666B"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時間</w:t>
            </w:r>
            <w:proofErr w:type="gramEnd"/>
          </w:p>
        </w:tc>
        <w:tc>
          <w:tcPr>
            <w:tcW w:w="3122" w:type="dxa"/>
            <w:gridSpan w:val="2"/>
            <w:tcBorders>
              <w:top w:val="single" w:sz="24" w:space="0" w:color="000000"/>
              <w:left w:val="single" w:sz="6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19D59F12" w14:textId="253D4DF4" w:rsidR="0098666B" w:rsidRPr="0098666B" w:rsidRDefault="0098666B" w:rsidP="0098666B">
            <w:pPr>
              <w:autoSpaceDE w:val="0"/>
              <w:autoSpaceDN w:val="0"/>
              <w:spacing w:after="0" w:line="0" w:lineRule="atLeast"/>
              <w:ind w:left="92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</w:p>
        </w:tc>
      </w:tr>
      <w:tr w:rsidR="00F83C34" w:rsidRPr="00306A92" w14:paraId="59FA8033" w14:textId="77777777" w:rsidTr="0098666B">
        <w:trPr>
          <w:trHeight w:hRule="exact" w:val="1631"/>
        </w:trPr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1F7223" w14:textId="77777777" w:rsidR="00F83C34" w:rsidRPr="00623F5C" w:rsidRDefault="000264D1" w:rsidP="00495597">
            <w:pPr>
              <w:autoSpaceDE w:val="0"/>
              <w:autoSpaceDN w:val="0"/>
              <w:spacing w:after="0" w:line="0" w:lineRule="atLeast"/>
              <w:ind w:left="37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623F5C">
              <w:rPr>
                <w:rFonts w:ascii="標楷體" w:eastAsia="標楷體" w:hAnsi="標楷體"/>
                <w:b/>
                <w:bCs/>
                <w:color w:val="000000"/>
                <w:sz w:val="24"/>
                <w:szCs w:val="24"/>
                <w:lang w:eastAsia="zh-CN"/>
              </w:rPr>
              <w:t>備</w:t>
            </w:r>
            <w:r w:rsidRPr="00623F5C">
              <w:rPr>
                <w:rFonts w:ascii="標楷體" w:eastAsia="標楷體" w:hAnsi="標楷體"/>
                <w:b/>
                <w:bCs/>
                <w:color w:val="000000"/>
                <w:spacing w:val="420"/>
                <w:sz w:val="24"/>
                <w:szCs w:val="24"/>
              </w:rPr>
              <w:t xml:space="preserve"> </w:t>
            </w:r>
            <w:r w:rsidRPr="00623F5C">
              <w:rPr>
                <w:rFonts w:ascii="標楷體" w:eastAsia="標楷體" w:hAnsi="標楷體"/>
                <w:b/>
                <w:bCs/>
                <w:color w:val="000000"/>
                <w:sz w:val="24"/>
                <w:szCs w:val="24"/>
                <w:lang w:eastAsia="zh-CN"/>
              </w:rPr>
              <w:t>註</w:t>
            </w:r>
          </w:p>
        </w:tc>
        <w:tc>
          <w:tcPr>
            <w:tcW w:w="8185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CAC6CC" w14:textId="77777777" w:rsidR="00623F5C" w:rsidRPr="00623F5C" w:rsidRDefault="004655D4" w:rsidP="00495597">
            <w:pPr>
              <w:pStyle w:val="ae"/>
              <w:numPr>
                <w:ilvl w:val="0"/>
                <w:numId w:val="13"/>
              </w:numPr>
              <w:spacing w:after="0" w:line="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23F5C">
              <w:rPr>
                <w:rFonts w:ascii="標楷體" w:eastAsia="標楷體" w:hAnsi="標楷體"/>
                <w:sz w:val="24"/>
                <w:szCs w:val="24"/>
                <w:lang w:eastAsia="zh-TW"/>
              </w:rPr>
              <w:t>本校同一家庭中，有2名以上子女就讀本校者。(本校學生若2人同一家長者，由1人申請；本校學生若3人同一家長者，可2人申請退費)</w:t>
            </w:r>
          </w:p>
          <w:p w14:paraId="0043B041" w14:textId="4254F01E" w:rsidR="00623F5C" w:rsidRPr="00623F5C" w:rsidRDefault="004655D4" w:rsidP="00495597">
            <w:pPr>
              <w:pStyle w:val="ae"/>
              <w:numPr>
                <w:ilvl w:val="0"/>
                <w:numId w:val="13"/>
              </w:numPr>
              <w:spacing w:after="0" w:line="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23F5C">
              <w:rPr>
                <w:rFonts w:ascii="標楷體" w:eastAsia="標楷體" w:hAnsi="標楷體"/>
                <w:sz w:val="24"/>
                <w:szCs w:val="24"/>
                <w:lang w:eastAsia="zh-TW"/>
              </w:rPr>
              <w:t>子女同時就讀本校時，由高年級</w:t>
            </w:r>
            <w:r w:rsidR="00495597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學生代表</w:t>
            </w:r>
            <w:r w:rsidRPr="00623F5C">
              <w:rPr>
                <w:rFonts w:ascii="標楷體" w:eastAsia="標楷體" w:hAnsi="標楷體"/>
                <w:sz w:val="24"/>
                <w:szCs w:val="24"/>
                <w:lang w:eastAsia="zh-TW"/>
              </w:rPr>
              <w:t>提出申請(若不便，亦可請弟妹提出</w:t>
            </w:r>
            <w:r w:rsidR="00495597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申請</w:t>
            </w:r>
            <w:r w:rsidRPr="00623F5C">
              <w:rPr>
                <w:rFonts w:ascii="標楷體" w:eastAsia="標楷體" w:hAnsi="標楷體"/>
                <w:sz w:val="24"/>
                <w:szCs w:val="24"/>
                <w:lang w:eastAsia="zh-TW"/>
              </w:rPr>
              <w:t>)。</w:t>
            </w:r>
          </w:p>
          <w:p w14:paraId="13C5D5ED" w14:textId="2EF8222C" w:rsidR="004655D4" w:rsidRPr="00623F5C" w:rsidRDefault="004655D4" w:rsidP="00495597">
            <w:pPr>
              <w:pStyle w:val="ae"/>
              <w:numPr>
                <w:ilvl w:val="0"/>
                <w:numId w:val="13"/>
              </w:numPr>
              <w:spacing w:after="0" w:line="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23F5C">
              <w:rPr>
                <w:rFonts w:ascii="標楷體" w:eastAsia="標楷體" w:hAnsi="標楷體"/>
                <w:sz w:val="24"/>
                <w:szCs w:val="24"/>
                <w:lang w:eastAsia="zh-TW"/>
              </w:rPr>
              <w:t>低</w:t>
            </w:r>
            <w:proofErr w:type="gramStart"/>
            <w:r w:rsidRPr="00623F5C">
              <w:rPr>
                <w:rFonts w:ascii="標楷體" w:eastAsia="標楷體" w:hAnsi="標楷體"/>
                <w:sz w:val="24"/>
                <w:szCs w:val="24"/>
                <w:lang w:eastAsia="zh-TW"/>
              </w:rPr>
              <w:t>收入</w:t>
            </w:r>
            <w:r w:rsidRPr="00623F5C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戶</w:t>
            </w:r>
            <w:r w:rsidRPr="00623F5C">
              <w:rPr>
                <w:rFonts w:ascii="標楷體" w:eastAsia="標楷體" w:hAnsi="標楷體" w:cs="MS Mincho" w:hint="eastAsia"/>
                <w:sz w:val="24"/>
                <w:szCs w:val="24"/>
                <w:lang w:eastAsia="zh-TW"/>
              </w:rPr>
              <w:t>者已</w:t>
            </w:r>
            <w:proofErr w:type="gramEnd"/>
            <w:r w:rsidRPr="00623F5C">
              <w:rPr>
                <w:rFonts w:ascii="標楷體" w:eastAsia="標楷體" w:hAnsi="標楷體" w:cs="MS Mincho" w:hint="eastAsia"/>
                <w:sz w:val="24"/>
                <w:szCs w:val="24"/>
                <w:lang w:eastAsia="zh-TW"/>
              </w:rPr>
              <w:t>減免，不得再申請退費。</w:t>
            </w:r>
          </w:p>
          <w:p w14:paraId="019C0863" w14:textId="76FCB006" w:rsidR="00F83C34" w:rsidRPr="00623F5C" w:rsidRDefault="00F83C34" w:rsidP="00495597">
            <w:pPr>
              <w:spacing w:after="0" w:line="0" w:lineRule="atLeas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F83C34" w:rsidRPr="00306A92" w14:paraId="1D8DD25F" w14:textId="77777777" w:rsidTr="00623F5C">
        <w:trPr>
          <w:trHeight w:hRule="exact" w:val="692"/>
        </w:trPr>
        <w:tc>
          <w:tcPr>
            <w:tcW w:w="174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15143E" w14:textId="77777777" w:rsidR="00F83C34" w:rsidRPr="004655D4" w:rsidRDefault="000264D1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4655D4">
              <w:rPr>
                <w:rFonts w:ascii="標楷體" w:eastAsia="標楷體" w:hAnsi="標楷體"/>
                <w:b/>
                <w:bCs/>
                <w:color w:val="000000"/>
                <w:sz w:val="24"/>
                <w:lang w:eastAsia="zh-CN"/>
              </w:rPr>
              <w:t>資料審核</w:t>
            </w:r>
          </w:p>
        </w:tc>
        <w:tc>
          <w:tcPr>
            <w:tcW w:w="2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B69386" w14:textId="19FDD0F9" w:rsidR="00F83C34" w:rsidRPr="00623F5C" w:rsidRDefault="00623F5C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SimSun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審核人</w:t>
            </w:r>
          </w:p>
        </w:tc>
        <w:tc>
          <w:tcPr>
            <w:tcW w:w="204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463F0B" w14:textId="164B4938" w:rsidR="00F83C34" w:rsidRPr="004655D4" w:rsidRDefault="00306A92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4655D4"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家長會幹事</w:t>
            </w:r>
          </w:p>
        </w:tc>
        <w:tc>
          <w:tcPr>
            <w:tcW w:w="204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ED47C9" w14:textId="0523E0AD" w:rsidR="00F83C34" w:rsidRPr="004655D4" w:rsidRDefault="00306A92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4655D4"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家長會出納</w:t>
            </w:r>
          </w:p>
        </w:tc>
        <w:tc>
          <w:tcPr>
            <w:tcW w:w="204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EE7CC19" w14:textId="7534FFB6" w:rsidR="00F83C34" w:rsidRPr="004655D4" w:rsidRDefault="00306A92" w:rsidP="00495597">
            <w:pPr>
              <w:autoSpaceDE w:val="0"/>
              <w:autoSpaceDN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4655D4">
              <w:rPr>
                <w:rFonts w:ascii="標楷體" w:eastAsia="標楷體" w:hAnsi="標楷體" w:hint="eastAsia"/>
                <w:b/>
                <w:bCs/>
                <w:color w:val="000000"/>
                <w:sz w:val="24"/>
                <w:lang w:eastAsia="zh-CN"/>
              </w:rPr>
              <w:t>家長會會長</w:t>
            </w:r>
          </w:p>
        </w:tc>
      </w:tr>
      <w:tr w:rsidR="00F83C34" w:rsidRPr="00306A92" w14:paraId="7E754F8B" w14:textId="77777777" w:rsidTr="00495597">
        <w:trPr>
          <w:trHeight w:hRule="exact" w:val="1661"/>
        </w:trPr>
        <w:tc>
          <w:tcPr>
            <w:tcW w:w="174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FC7F0EA" w14:textId="75050F0A" w:rsidR="00495597" w:rsidRDefault="000264D1" w:rsidP="006E1580">
            <w:pPr>
              <w:autoSpaceDE w:val="0"/>
              <w:autoSpaceDN w:val="0"/>
              <w:spacing w:after="0" w:line="0" w:lineRule="atLeast"/>
              <w:ind w:left="87"/>
              <w:rPr>
                <w:rFonts w:ascii="標楷體" w:eastAsia="SimSun" w:hAnsi="標楷體"/>
                <w:color w:val="000000"/>
                <w:sz w:val="24"/>
                <w:lang w:eastAsia="zh-CN"/>
              </w:rPr>
            </w:pPr>
            <w:r w:rsidRPr="00306A92">
              <w:rPr>
                <w:rFonts w:ascii="標楷體" w:eastAsia="標楷體" w:hAnsi="標楷體"/>
                <w:color w:val="000000"/>
                <w:sz w:val="24"/>
              </w:rPr>
              <w:t>□</w:t>
            </w:r>
            <w:r w:rsidR="00623F5C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 xml:space="preserve"> </w:t>
            </w:r>
            <w:r w:rsidRPr="006E1580">
              <w:rPr>
                <w:rFonts w:ascii="標楷體" w:eastAsia="標楷體" w:hAnsi="標楷體"/>
                <w:color w:val="000000"/>
                <w:sz w:val="24"/>
                <w:lang w:eastAsia="zh-CN"/>
              </w:rPr>
              <w:t>符合</w:t>
            </w:r>
          </w:p>
          <w:p w14:paraId="5E1EDF0D" w14:textId="77777777" w:rsidR="006E1580" w:rsidRPr="006E1580" w:rsidRDefault="006E1580" w:rsidP="006E1580">
            <w:pPr>
              <w:autoSpaceDE w:val="0"/>
              <w:autoSpaceDN w:val="0"/>
              <w:spacing w:after="0" w:line="0" w:lineRule="atLeast"/>
              <w:ind w:left="87"/>
              <w:rPr>
                <w:rFonts w:ascii="標楷體" w:eastAsia="SimSun" w:hAnsi="標楷體"/>
                <w:color w:val="000000"/>
                <w:sz w:val="24"/>
                <w:lang w:eastAsia="zh-CN"/>
              </w:rPr>
            </w:pPr>
          </w:p>
          <w:p w14:paraId="0AD66534" w14:textId="007724C4" w:rsidR="00F83C34" w:rsidRPr="00306A92" w:rsidRDefault="000264D1" w:rsidP="006E1580">
            <w:pPr>
              <w:autoSpaceDE w:val="0"/>
              <w:autoSpaceDN w:val="0"/>
              <w:spacing w:beforeLines="50" w:before="120" w:after="0" w:line="0" w:lineRule="atLeast"/>
              <w:ind w:left="87"/>
              <w:rPr>
                <w:rFonts w:ascii="標楷體" w:eastAsia="標楷體" w:hAnsi="標楷體"/>
              </w:rPr>
            </w:pPr>
            <w:r w:rsidRPr="00306A92">
              <w:rPr>
                <w:rFonts w:ascii="標楷體" w:eastAsia="標楷體" w:hAnsi="標楷體"/>
                <w:color w:val="000000"/>
                <w:sz w:val="24"/>
              </w:rPr>
              <w:t>□</w:t>
            </w:r>
            <w:r w:rsidR="00623F5C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 xml:space="preserve"> </w:t>
            </w:r>
            <w:r w:rsidRPr="00306A92">
              <w:rPr>
                <w:rFonts w:ascii="標楷體" w:eastAsia="標楷體" w:hAnsi="標楷體"/>
                <w:color w:val="000000"/>
                <w:sz w:val="24"/>
                <w:lang w:eastAsia="zh-CN"/>
              </w:rPr>
              <w:t>不符合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F543E5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3A9763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3CE79B8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206FFF" w14:textId="77777777" w:rsidR="00F83C34" w:rsidRPr="00306A92" w:rsidRDefault="00F83C34" w:rsidP="00495597">
            <w:pPr>
              <w:spacing w:after="0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F4CB2BF" w14:textId="4773C865" w:rsidR="00F83C34" w:rsidRPr="00306A92" w:rsidRDefault="000264D1" w:rsidP="00495597">
      <w:pPr>
        <w:autoSpaceDE w:val="0"/>
        <w:autoSpaceDN w:val="0"/>
        <w:spacing w:after="0" w:line="0" w:lineRule="atLeast"/>
        <w:ind w:leftChars="33" w:left="880" w:hangingChars="288" w:hanging="807"/>
        <w:rPr>
          <w:rFonts w:ascii="標楷體" w:eastAsia="標楷體" w:hAnsi="標楷體"/>
          <w:lang w:eastAsia="zh-TW"/>
        </w:rPr>
      </w:pPr>
      <w:r w:rsidRPr="00623F5C">
        <w:rPr>
          <w:rFonts w:ascii="標楷體" w:eastAsia="標楷體" w:hAnsi="標楷體"/>
          <w:b/>
          <w:bCs/>
          <w:color w:val="000000"/>
          <w:sz w:val="28"/>
          <w:lang w:eastAsia="zh-CN"/>
        </w:rPr>
        <w:t>備註</w:t>
      </w:r>
      <w:r w:rsidR="00306A92" w:rsidRPr="00623F5C">
        <w:rPr>
          <w:rFonts w:ascii="標楷體" w:eastAsia="標楷體" w:hAnsi="標楷體" w:hint="eastAsia"/>
          <w:b/>
          <w:bCs/>
          <w:color w:val="000000"/>
          <w:sz w:val="28"/>
          <w:lang w:eastAsia="zh-CN"/>
        </w:rPr>
        <w:t>：</w:t>
      </w:r>
      <w:r w:rsidR="00306A92" w:rsidRPr="00306A92">
        <w:rPr>
          <w:rFonts w:ascii="標楷體" w:eastAsia="標楷體" w:hAnsi="標楷體" w:hint="eastAsia"/>
          <w:color w:val="000000"/>
          <w:sz w:val="28"/>
          <w:lang w:eastAsia="zh-CN"/>
        </w:rPr>
        <w:t>符合申請資格者，於每學期開學</w:t>
      </w:r>
      <w:r w:rsidR="00195D12">
        <w:rPr>
          <w:rFonts w:ascii="標楷體" w:eastAsia="標楷體" w:hAnsi="標楷體" w:hint="eastAsia"/>
          <w:color w:val="000000"/>
          <w:sz w:val="28"/>
          <w:lang w:eastAsia="zh-CN"/>
        </w:rPr>
        <w:t>日起</w:t>
      </w:r>
      <w:r w:rsidR="00A61704">
        <w:rPr>
          <w:rFonts w:ascii="標楷體" w:eastAsia="標楷體" w:hAnsi="標楷體" w:hint="eastAsia"/>
          <w:color w:val="000000"/>
          <w:sz w:val="28"/>
          <w:lang w:eastAsia="zh-CN"/>
        </w:rPr>
        <w:t>至開學</w:t>
      </w:r>
      <w:r w:rsidR="00195D12">
        <w:rPr>
          <w:rFonts w:ascii="標楷體" w:eastAsia="標楷體" w:hAnsi="標楷體" w:hint="eastAsia"/>
          <w:color w:val="000000"/>
          <w:sz w:val="28"/>
          <w:lang w:eastAsia="zh-CN"/>
        </w:rPr>
        <w:t>日</w:t>
      </w:r>
      <w:r w:rsidR="00A61704">
        <w:rPr>
          <w:rFonts w:ascii="標楷體" w:eastAsia="標楷體" w:hAnsi="標楷體" w:hint="eastAsia"/>
          <w:color w:val="000000"/>
          <w:sz w:val="28"/>
          <w:lang w:eastAsia="zh-CN"/>
        </w:rPr>
        <w:t>後</w:t>
      </w:r>
      <w:r w:rsidR="00306A92" w:rsidRPr="00306A92">
        <w:rPr>
          <w:rFonts w:ascii="標楷體" w:eastAsia="標楷體" w:hAnsi="標楷體" w:hint="eastAsia"/>
          <w:color w:val="000000"/>
          <w:sz w:val="28"/>
          <w:lang w:eastAsia="zh-CN"/>
        </w:rPr>
        <w:t>第三週的最後一個上班日前，</w:t>
      </w:r>
      <w:r w:rsidR="00A61704">
        <w:rPr>
          <w:rFonts w:ascii="標楷體" w:eastAsia="標楷體" w:hAnsi="標楷體" w:hint="eastAsia"/>
          <w:color w:val="000000"/>
          <w:sz w:val="28"/>
          <w:lang w:eastAsia="zh-CN"/>
        </w:rPr>
        <w:t>填妥</w:t>
      </w:r>
      <w:r w:rsidR="00306A92" w:rsidRPr="00306A92">
        <w:rPr>
          <w:rFonts w:ascii="標楷體" w:eastAsia="標楷體" w:hAnsi="標楷體" w:hint="eastAsia"/>
          <w:color w:val="000000"/>
          <w:sz w:val="28"/>
          <w:lang w:eastAsia="zh-CN"/>
        </w:rPr>
        <w:t>申請表及</w:t>
      </w:r>
      <w:r w:rsidR="00A61704">
        <w:rPr>
          <w:rFonts w:ascii="標楷體" w:eastAsia="標楷體" w:hAnsi="標楷體" w:hint="eastAsia"/>
          <w:color w:val="000000"/>
          <w:sz w:val="28"/>
          <w:lang w:eastAsia="zh-CN"/>
        </w:rPr>
        <w:t>檢附</w:t>
      </w:r>
      <w:r w:rsidR="00306A92" w:rsidRPr="00306A92">
        <w:rPr>
          <w:rFonts w:ascii="標楷體" w:eastAsia="標楷體" w:hAnsi="標楷體" w:hint="eastAsia"/>
          <w:color w:val="000000"/>
          <w:sz w:val="28"/>
          <w:lang w:eastAsia="zh-CN"/>
        </w:rPr>
        <w:t>證明文件</w:t>
      </w:r>
      <w:r w:rsidR="00A61704">
        <w:rPr>
          <w:rFonts w:ascii="標楷體" w:eastAsia="標楷體" w:hAnsi="標楷體" w:hint="eastAsia"/>
          <w:color w:val="000000"/>
          <w:sz w:val="28"/>
          <w:lang w:eastAsia="zh-CN"/>
        </w:rPr>
        <w:t>後</w:t>
      </w:r>
      <w:r w:rsidR="00306A92" w:rsidRPr="00306A92">
        <w:rPr>
          <w:rFonts w:ascii="標楷體" w:eastAsia="標楷體" w:hAnsi="標楷體" w:hint="eastAsia"/>
          <w:color w:val="000000"/>
          <w:sz w:val="28"/>
          <w:lang w:eastAsia="zh-CN"/>
        </w:rPr>
        <w:t>，送至學務處辦理。</w:t>
      </w:r>
    </w:p>
    <w:sectPr w:rsidR="00F83C34" w:rsidRPr="00306A92" w:rsidSect="00495597">
      <w:headerReference w:type="default" r:id="rId8"/>
      <w:pgSz w:w="11906" w:h="16838"/>
      <w:pgMar w:top="1134" w:right="1134" w:bottom="1134" w:left="1134" w:header="720" w:footer="720" w:gutter="0"/>
      <w:cols w:space="720" w:equalWidth="0">
        <w:col w:w="9852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9EB36" w14:textId="77777777" w:rsidR="0086162F" w:rsidRDefault="0086162F" w:rsidP="00306A92">
      <w:pPr>
        <w:spacing w:after="0" w:line="240" w:lineRule="auto"/>
      </w:pPr>
      <w:r>
        <w:separator/>
      </w:r>
    </w:p>
  </w:endnote>
  <w:endnote w:type="continuationSeparator" w:id="0">
    <w:p w14:paraId="13FB2AD7" w14:textId="77777777" w:rsidR="0086162F" w:rsidRDefault="0086162F" w:rsidP="00306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11F5819F-F278-42FD-961F-FEBE90BA7A24}"/>
    <w:embedBold r:id="rId2" w:subsetted="1" w:fontKey="{1B90698C-8437-4FD2-8A37-3D31AB0B5DD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  <w:embedBold r:id="rId3" w:fontKey="{BC8BD4D6-F6A6-40DF-9B93-D54A7E518AA8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1DD9F" w14:textId="77777777" w:rsidR="0086162F" w:rsidRDefault="0086162F" w:rsidP="00306A92">
      <w:pPr>
        <w:spacing w:after="0" w:line="240" w:lineRule="auto"/>
      </w:pPr>
      <w:r>
        <w:separator/>
      </w:r>
    </w:p>
  </w:footnote>
  <w:footnote w:type="continuationSeparator" w:id="0">
    <w:p w14:paraId="4A933A4E" w14:textId="77777777" w:rsidR="0086162F" w:rsidRDefault="0086162F" w:rsidP="00306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DCD80" w14:textId="2086419C" w:rsidR="00495597" w:rsidRDefault="0049559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7F667B"/>
    <w:multiLevelType w:val="hybridMultilevel"/>
    <w:tmpl w:val="9E6AF81E"/>
    <w:lvl w:ilvl="0" w:tplc="0F687E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E840FF"/>
    <w:multiLevelType w:val="hybridMultilevel"/>
    <w:tmpl w:val="9EA25308"/>
    <w:lvl w:ilvl="0" w:tplc="D7D20C06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64E5837"/>
    <w:multiLevelType w:val="hybridMultilevel"/>
    <w:tmpl w:val="C2A23CD2"/>
    <w:lvl w:ilvl="0" w:tplc="64720298">
      <w:start w:val="1"/>
      <w:numFmt w:val="decimal"/>
      <w:lvlText w:val="%1."/>
      <w:lvlJc w:val="left"/>
      <w:pPr>
        <w:ind w:left="452" w:hanging="360"/>
      </w:pPr>
      <w:rPr>
        <w:rFonts w:eastAsia="標楷體"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052" w:hanging="480"/>
      </w:pPr>
    </w:lvl>
    <w:lvl w:ilvl="2" w:tplc="0409001B" w:tentative="1">
      <w:start w:val="1"/>
      <w:numFmt w:val="lowerRoman"/>
      <w:lvlText w:val="%3."/>
      <w:lvlJc w:val="right"/>
      <w:pPr>
        <w:ind w:left="1532" w:hanging="480"/>
      </w:pPr>
    </w:lvl>
    <w:lvl w:ilvl="3" w:tplc="0409000F" w:tentative="1">
      <w:start w:val="1"/>
      <w:numFmt w:val="decimal"/>
      <w:lvlText w:val="%4."/>
      <w:lvlJc w:val="left"/>
      <w:pPr>
        <w:ind w:left="20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2" w:hanging="480"/>
      </w:pPr>
    </w:lvl>
    <w:lvl w:ilvl="5" w:tplc="0409001B" w:tentative="1">
      <w:start w:val="1"/>
      <w:numFmt w:val="lowerRoman"/>
      <w:lvlText w:val="%6."/>
      <w:lvlJc w:val="right"/>
      <w:pPr>
        <w:ind w:left="2972" w:hanging="480"/>
      </w:pPr>
    </w:lvl>
    <w:lvl w:ilvl="6" w:tplc="0409000F" w:tentative="1">
      <w:start w:val="1"/>
      <w:numFmt w:val="decimal"/>
      <w:lvlText w:val="%7."/>
      <w:lvlJc w:val="left"/>
      <w:pPr>
        <w:ind w:left="34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2" w:hanging="480"/>
      </w:pPr>
    </w:lvl>
    <w:lvl w:ilvl="8" w:tplc="0409001B" w:tentative="1">
      <w:start w:val="1"/>
      <w:numFmt w:val="lowerRoman"/>
      <w:lvlText w:val="%9."/>
      <w:lvlJc w:val="right"/>
      <w:pPr>
        <w:ind w:left="4412" w:hanging="480"/>
      </w:pPr>
    </w:lvl>
  </w:abstractNum>
  <w:abstractNum w:abstractNumId="12" w15:restartNumberingAfterBreak="0">
    <w:nsid w:val="61D86A88"/>
    <w:multiLevelType w:val="hybridMultilevel"/>
    <w:tmpl w:val="CDCCA1EE"/>
    <w:lvl w:ilvl="0" w:tplc="463A9A52">
      <w:start w:val="1"/>
      <w:numFmt w:val="bullet"/>
      <w:lvlText w:val="□"/>
      <w:lvlJc w:val="left"/>
      <w:pPr>
        <w:ind w:left="572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2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TrueTypeFonts/>
  <w:saveSubsetFonts/>
  <w:bordersDoNotSurroundHeader/>
  <w:bordersDoNotSurroundFooter/>
  <w:proofState w:spelling="clean" w:grammar="clean"/>
  <w:defaultTabStop w:val="720"/>
  <w:noPunctuationKerning/>
  <w:characterSpacingControl w:val="compressPunctuationAndJapaneseKana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4D1"/>
    <w:rsid w:val="00034616"/>
    <w:rsid w:val="0006063C"/>
    <w:rsid w:val="0015074B"/>
    <w:rsid w:val="00195D12"/>
    <w:rsid w:val="001C3A78"/>
    <w:rsid w:val="001D2DC2"/>
    <w:rsid w:val="0029639D"/>
    <w:rsid w:val="00306A92"/>
    <w:rsid w:val="00326F90"/>
    <w:rsid w:val="004655D4"/>
    <w:rsid w:val="00495597"/>
    <w:rsid w:val="00526958"/>
    <w:rsid w:val="00586EB7"/>
    <w:rsid w:val="00623F5C"/>
    <w:rsid w:val="006E1580"/>
    <w:rsid w:val="0086162F"/>
    <w:rsid w:val="0098666B"/>
    <w:rsid w:val="009C69B9"/>
    <w:rsid w:val="00A438C0"/>
    <w:rsid w:val="00A61704"/>
    <w:rsid w:val="00AA1D8D"/>
    <w:rsid w:val="00B47730"/>
    <w:rsid w:val="00CB0664"/>
    <w:rsid w:val="00CC6042"/>
    <w:rsid w:val="00DB0CD5"/>
    <w:rsid w:val="00F83C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2822DA"/>
  <w14:defaultImageDpi w14:val="300"/>
  <w15:docId w15:val="{8E0B11F6-38A9-4230-902D-F438D48EE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4655D4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LightPDF</Company>
  <LinksUpToDate>false</LinksUpToDate>
  <CharactersWithSpaces>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LightPDF</dc:creator>
  <cp:keywords/>
  <dc:description>generated by LightPDF 20250911</dc:description>
  <cp:lastModifiedBy>Fssh</cp:lastModifiedBy>
  <cp:revision>11</cp:revision>
  <dcterms:created xsi:type="dcterms:W3CDTF">2026-05-07T04:31:00Z</dcterms:created>
  <dcterms:modified xsi:type="dcterms:W3CDTF">2026-09-08T07:39:00Z</dcterms:modified>
  <cp:category/>
</cp:coreProperties>
</file>